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E8C7A"/>
          <w:sz w:val="16"/>
        </w:rPr>
        <w:t>CLEANING QUOTE PACK</w:t>
      </w:r>
    </w:p>
    <w:p>
      <w:pPr>
        <w:pStyle w:val="Heading1"/>
      </w:pPr>
      <w:r>
        <w:t>First-Reply Script</w:t>
      </w:r>
    </w:p>
    <w:p>
      <w:pPr>
        <w:pBdr>
          <w:bottom w:val="single" w:sz="12" w:space="1" w:color="2E8C7A"/>
        </w:pBdr>
      </w:pPr>
    </w:p>
    <w:p>
      <w:r>
        <w:rPr>
          <w:b w:val="0"/>
        </w:rPr>
        <w:t>Send within the hour. No price until you have the answers.</w:t>
      </w:r>
    </w:p>
    <w:p>
      <w:pPr>
        <w:pStyle w:val="Heading3"/>
      </w:pPr>
      <w:r>
        <w:t>First reply to an inquiry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val="clear" w:fill="EEF5F3"/>
            <w:tcBorders>
              <w:top w:val="nil"/>
              <w:bottom w:val="nil"/>
              <w:right w:val="nil"/>
              <w:left w:val="single" w:sz="24" w:color="2E8C7A"/>
            </w:tcBorders>
          </w:tcPr>
          <w:p>
            <w:r/>
            <w:r>
              <w:rPr>
                <w:b w:val="0"/>
              </w:rPr>
              <w:t xml:space="preserve">Hi </w:t>
            </w:r>
            <w:sdt>
              <w:sdtPr>
                <w:alias w:val="name"/>
                <w:tag w:val="field"/>
                <w:id w:val="1001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[name]</w:t>
                </w:r>
              </w:sdtContent>
            </w:sdt>
            <w:r>
              <w:rPr>
                <w:b w:val="0"/>
              </w:rPr>
              <w:t xml:space="preserve">, thanks for reaching out to </w:t>
            </w:r>
            <w:sdt>
              <w:sdtPr>
                <w:alias w:val="Business name"/>
                <w:tag w:val="field"/>
                <w:id w:val="1002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[Business name]</w:t>
                </w:r>
              </w:sdtContent>
            </w:sdt>
            <w:r>
              <w:rPr>
                <w:b w:val="0"/>
              </w:rPr>
              <w:t>. Happy to help. To give you an exact price, a few quick questions:</w:t>
            </w:r>
          </w:p>
          <w:p>
            <w:r>
              <w:rPr>
                <w:b w:val="0"/>
              </w:rPr>
              <w:t>1. How many bedrooms and bathrooms, and roughly how many square feet?</w:t>
            </w:r>
          </w:p>
          <w:p>
            <w:r>
              <w:rPr>
                <w:b w:val="0"/>
              </w:rPr>
              <w:t>2. Is this a one-time clean, a move-out, or regular service?</w:t>
            </w:r>
          </w:p>
          <w:p>
            <w:r>
              <w:rPr>
                <w:b w:val="0"/>
              </w:rPr>
              <w:t>3. Any pets?</w:t>
            </w:r>
          </w:p>
          <w:p>
            <w:r>
              <w:rPr>
                <w:b w:val="0"/>
              </w:rPr>
              <w:t>4. When was it last professionally cleaned?</w:t>
            </w:r>
          </w:p>
          <w:p>
            <w:r>
              <w:rPr>
                <w:b w:val="0"/>
              </w:rPr>
              <w:t>5. Which day would you like?</w:t>
            </w:r>
          </w:p>
          <w:p>
            <w:r>
              <w:rPr>
                <w:b w:val="0"/>
              </w:rPr>
              <w:t>If you can send photos of the kitchen and main bathroom, I can quote today.</w:t>
            </w:r>
          </w:p>
        </w:tc>
      </w:tr>
    </w:tbl>
    <w:p>
      <w:pPr>
        <w:spacing w:after="0"/>
      </w:pPr>
    </w:p>
    <w:p>
      <w:pPr>
        <w:pStyle w:val="Heading3"/>
      </w:pPr>
      <w:r>
        <w:t>If they skip the photos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val="clear" w:fill="EEF5F3"/>
            <w:tcBorders>
              <w:top w:val="nil"/>
              <w:bottom w:val="nil"/>
              <w:right w:val="nil"/>
              <w:left w:val="single" w:sz="24" w:color="2E8C7A"/>
            </w:tcBorders>
          </w:tcPr>
          <w:p>
            <w:r/>
            <w:r>
              <w:rPr>
                <w:b w:val="0"/>
              </w:rPr>
              <w:t xml:space="preserve">Thanks </w:t>
            </w:r>
            <w:sdt>
              <w:sdtPr>
                <w:alias w:val="name"/>
                <w:tag w:val="field"/>
                <w:id w:val="1003"/>
                <w:showingPlcHdr/>
                <w:text/>
              </w:sdtPr>
              <w:sdtContent>
                <w:r>
                  <w:rPr>
                    <w:shd w:val="clear" w:fill="E6E3DC"/>
                    <w:color w:val="5A564C"/>
                  </w:rPr>
                  <w:t xml:space="preserve">[name]</w:t>
                </w:r>
              </w:sdtContent>
            </w:sdt>
            <w:r>
              <w:rPr>
                <w:b w:val="0"/>
              </w:rPr>
              <w:t>. Could you send two or three photos: the kitchen, the main bathroom, and any area that needs extra attention? That lets me quote a firm price instead of a range.</w:t>
            </w:r>
          </w:p>
        </w:tc>
      </w:tr>
    </w:tbl>
    <w:p>
      <w:pPr>
        <w:spacing w:after="0"/>
      </w:pPr>
    </w:p>
    <w:p>
      <w:r>
        <w:rPr>
          <w:i/>
          <w:color w:val="5A564C"/>
          <w:sz w:val="18"/>
        </w:rPr>
        <w:t>The full Cleaning Business Kit includes 17 scripts, from quote follow-ups to payment reminders.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36A"/>
        <w:sz w:val="15"/>
      </w:rPr>
      <w:t>Template only. Not legal, tax, or insurance advice. Check the rules where you work and have a qualified professional review before relying on it.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 w:eastAsia="Calibri"/>
      <w:color w:val="1715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17150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2E8C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7150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Cleaning Business Kit</dc:creator>
  <cp:keywords/>
  <dc:description/>
  <cp:lastModifiedBy>Cleaning Business Kit</cp:lastModifiedBy>
  <cp:revision>1</cp:revision>
  <dcterms:created xsi:type="dcterms:W3CDTF">2013-12-23T23:15:00Z</dcterms:created>
  <dcterms:modified xsi:type="dcterms:W3CDTF">2013-12-23T23:15:00Z</dcterms:modified>
  <cp:category/>
</cp:coreProperties>
</file>